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 (טענה, נימוק, דוגמה, 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מתאימות לכל חלק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ולזהות נימוק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מבנה הטיעון ומילות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להציג את העמדה המרכזית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ולספור את 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עובדות ודוגמאות משכנעות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עם 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(העמדה המרכזית שרוצים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(הסיבה שתומכת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ממשי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שמחברת בין חלקי הטיעון)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וכותבים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נימוק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דוגמה שממחישה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בין החלקים במילות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ברורה, נימוק מתאים, דוגמה רלוונטית, שימוש נכון במילת קישור, משפט סיכום שמחזק את הטענה.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 (וסיכום)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בנוסף, כמו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תחושה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עובדה מול דעה כדי לחמם את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חלק מהנימוקים לפני הכתיבה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לשים לב למילות הקישור גם כשהם קוראים טקסטים אחרים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טיעון טוב בנוי כמו גשר: יש בו טענה, נימוקים, דוגמאות ומילות קישור שמחברות בין החלקים. בדף הזה נתרגל לזהות ולבנות טיעון משכנע.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לדוגמה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מבנה הטיעון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תפקידה של הטענה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להציג את העמדה המרכזית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לתת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לסכם את הדברים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חלק בטיעון מביא מקרה ממשי שמחזק את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מילת קישור שמביאה דוגמה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"בכיתה שלנו יש 25 תלמידים" זו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חזק נשען על עובדות ודוגמאות ולא רק על תחושה.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עם 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חושב שצריך עוד ספרייה בשכונה, __________ יש בה מעט מקומות לקרוא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להוסיף שיעורי אמנות, __________ ציור ופיסול.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מקרה ממשי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העמדה המרכזית שרוצים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שמחברת בין חלקי הטיעון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הסיבה שתומכת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דוגמה שממחישה את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מחברים בין החלקים במילות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על נימוק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נושא וכותבים טענה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טיעון קצר (4-5 משפטים) בנושא שבחרתם: הציגו טענה, נימוק אחד לפחות ודוגמה, והשתמשו בלפחות מילת קישור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החלקים העיקריים בטיעון?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שמוסיפה נימוק.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