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 (טענה, נימוק, דוגמה, 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מתאימות לכל חלק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ולזהות נימוק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מבנה הטיעון ומילות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להציג את העמדה המרכזית שרוצים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לסכם ולחזק את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ולספור את 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אי אפשר למדוד אותה.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עובדות ודוגמאות משכנעות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דוגמה מחזקת את הנימוק ומשכנעת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הקשבה מראה כבוד ועוזרת להבין טענות נגד.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עם 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(העמדה המרכזית שרוצים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(הסיבה שתומכת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(מקרה ממשי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שמחברת בין חלקי הטיעון)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(החלק שמחזק שוב את הטענה בסוף)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וכותבים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נימוק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דוגמה שממחישה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בין החלקים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מסכמים ומחזקים את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טענה ברורה, נימוק מתאים, דוגמה רלוונטית, שימוש נכון במילת קישור, משפט סיכום שמחזק את הטענה.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 (וסיכום)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בנוסף, כמו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תחושה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עובדה מול דעה כדי לחמם את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חלק מהנימוקים לפני הכתיבה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לשים לב למילות הקישור גם כשהם קוראים טקסטים אחרים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כשכותבים טיעון צריך: טענה, סיבה (נימוק), דוגמה, ומילים שמקשרות. נתרגל את זה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שמנסה לשכנע מישהו בעמדה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שרוצים לשכנע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שתומכת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אמיתי שממחיש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הטיעון, כמו לכן או בנוסף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שאדם חושב או מרגיש, אי אפשר למדוד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מבנה הטיעון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את העמדה המרכזית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מביא מקרה אמיתי?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מוסיפה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מביאה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מראה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בסוף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נימוק חדש ולא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ולחזק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את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"בכיתה שלנו יש 25 תלמידים" זו עובדה.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"הספר הזה הכי מעניין בעולם" זו עובדה.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חזק נשען על עובדות ודוגמאות ולא רק על תחושה.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טיעון משכנע גם בלי לתת שום דוגמה.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בוויכוח מנומס חשוב להקשיב גם לצד השני.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עם 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חושב שצריך עוד ספרייה בשכונה, __________ יש בה מעט מקומות לקרוא בשקט.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ילדים שאוהבים כדורגל, __________ יש כאלה שמעדיפים כדורסל.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להוסיף שיעורי אמנות, __________ ציור ופיסול.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__________, אני חושב שכדאי לקצר את שיעורי הבית.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מקרה ממשי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שמחברת בין חלקי הטיעון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החלק שמחזק שוב את הטענה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הסיבה שתומכת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העמדה המרכזית שרוצים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דוגמה שממחישה את הנימוק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בין החלקים במילות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ומחזקים את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נימוק שתומך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וכותבים טענה 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קצר (4-5 משפטים) בנושא שבחרתם: הציגו טענה, נימוק אחד לפחות ודוגמה, והשתמשו בלפחות מילת קישור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העיקריים בטיעון?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שמוסיפה נימוק.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