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טיעון –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הטיעון (טענה, נימוק, דוגמה, סיכום)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מילות קישור מתאימות לכל חלק בטיעון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עובדה לדעה ולזהות נימוק חזק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מבנה הטיעון ומילות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להציג את העמדה המרכזית שרוצים לשכנע 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בנוסף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לעומת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לסכם ולחזק את הטענה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עובדה או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אפשר לבדוק ולספור את זה.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דעה אישית, אי אפשר למדוד אותה.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עובדות ודוגמאות משכנעות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דוגמה מחזקת את הנימוק ומשכנעת יותר.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הקשבה מראה כבוד ועוזרת להבין טענות נגד.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עם מילת קישור 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לעומת זאת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(העמדה המרכזית שרוצים לשכנע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(הסיבה שתומכת בטענה)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(מקרה ממשי שממחיש את הנימוק)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(מילה שמחברת בין חלקי הטיעון)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(החלק שמחזק שוב את הטענה בסוף)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נושא וכותבים טענה ברורה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חושבים על נימוק שתומך בטענה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מוסיפים דוגמה שממחישה את הנימוק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מחברים בין החלקים במילות 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מסכמים ומחזקים את הטענה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טענה ברורה, נימוק מתאים, דוגמה רלוונטית, שימוש נכון במילת קישור, משפט סיכום שמחזק את הטענה.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נימוק, דוגמה (וסיכום)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בנוסף, כמו כן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עובדה אפשר לבדוק, דעה היא תחושה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קצר של עובדה מול דעה כדי לחמם את הדיון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חלק מהנימוקים לפני הכתיבה בחלק הפתוח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תלמידים לשים לב למילות הקישור גם כשהם קוראים טקסטים אחרים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טיעון – משכנעים בחוכמה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טיעון טוב בנוי כמו גשר: יש בו טענה, נימוקים, דוגמאות ומילות קישור שמחברות בין החלקים. בדף הזה נתרגל לזהות ולבנות טיעון משכנע.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מבנה הטיעון ומילות 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תפקידה של הטענה בטיעון?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להציג את העמדה המרכזית שרוצים לשכנע 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לסכם את הדברים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לחבר בין משפטים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חלק בטיעון מביא מקרה ממשי שמחזק את הנימוק?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נימוק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סיכום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מילת הקישור המתאימה להוספת נימוק נוסף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לעומת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מילת קישור שמביאה דוגמה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כמו 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מילת קישור שמסמנת ניגוד בין רעיונות היא: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לעומת זאת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בנוסף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בסיום טיעון טוב נהוג: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להוסיף נימוק חדש ולא קשור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לסכם ולחזק את הטענה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להעתיק את הפתיחה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לשאול שאלה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עובדה או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"בכיתה שלנו יש 25 תלמידים" זו עובדה.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"הספר הזה הכי מעניין בעולם" זו עובדה.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חזק נשען על עובדות ודוגמאות ולא רק על תחושה.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טיעון משכנע גם בלי לתת שום דוגמה.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בוויכוח מנומס חשוב להקשיב גם לצד השני.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עם מילת קישור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אני חושב שצריך עוד ספרייה בשכונה, __________ יש בה מעט מקומות לקרוא בשקט.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 ילדים שאוהבים כדורגל, __________ יש כאלה שמעדיפים כדורסל.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כדאי להוסיף שיעורי אמנות, __________ ציור ופיסול.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__________, אני חושב שכדאי לקצר את שיעורי הבית.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שמחברת בין חלקי הטיעון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מקרה ממשי שממחיש את הנימוק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הסיבה שתומכת בטענה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מילת קישור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החלק שמחזק שוב את הטענה בסוף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סיכום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העמדה המרכזית שרוצים לשכנע 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מסכמים ומחזקים את הטענה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מחברים בין החלקים במילות קישור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על נימוק שתומך בטענה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מוסיפים דוגמה שממחישה את הנימוק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נושא וכותבים טענה ברורה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טיעון קצר (4-5 משפטים) בנושא שבחרתם: הציגו טענה, נימוק אחד לפחות ודוגמה, והשתמשו בלפחות מילת קישור אחת.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החלקים העיקריים בטיעון?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למילת קישור שמוסיפה נימוק.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עובדה לדעה?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טיעון – משכנעים בחוכמה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